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0712B" w14:textId="11C3A91E" w:rsidR="00921985" w:rsidRPr="00AF61D1" w:rsidRDefault="00921985" w:rsidP="00AF61D1">
      <w:pPr>
        <w:spacing w:line="265" w:lineRule="exact"/>
        <w:ind w:right="74"/>
        <w:jc w:val="right"/>
        <w:rPr>
          <w:rFonts w:asciiTheme="majorHAnsi" w:hAnsiTheme="majorHAnsi" w:cstheme="majorHAnsi"/>
          <w:bCs/>
          <w:sz w:val="24"/>
          <w:szCs w:val="24"/>
        </w:rPr>
      </w:pPr>
      <w:r w:rsidRPr="00AF61D1">
        <w:rPr>
          <w:rFonts w:asciiTheme="majorHAnsi" w:hAnsiTheme="majorHAnsi" w:cstheme="majorHAnsi"/>
          <w:bCs/>
          <w:sz w:val="24"/>
          <w:szCs w:val="24"/>
        </w:rPr>
        <w:t>Załącznik nr 1 do Zapytania ofertowego</w:t>
      </w:r>
    </w:p>
    <w:p w14:paraId="2CC27B01" w14:textId="77777777" w:rsidR="00921985" w:rsidRPr="00AF61D1" w:rsidRDefault="00921985" w:rsidP="00921985">
      <w:pPr>
        <w:spacing w:line="265" w:lineRule="exact"/>
        <w:rPr>
          <w:rFonts w:asciiTheme="majorHAnsi" w:hAnsiTheme="majorHAnsi" w:cstheme="majorHAnsi"/>
          <w:sz w:val="20"/>
        </w:rPr>
      </w:pPr>
    </w:p>
    <w:p w14:paraId="3BF59CEC" w14:textId="77777777" w:rsidR="00921985" w:rsidRPr="00AF61D1" w:rsidRDefault="00921985" w:rsidP="00921985">
      <w:pPr>
        <w:spacing w:before="240" w:after="60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AF61D1">
        <w:rPr>
          <w:rFonts w:asciiTheme="majorHAnsi" w:hAnsiTheme="majorHAnsi" w:cstheme="majorHAnsi"/>
          <w:b/>
          <w:sz w:val="28"/>
          <w:szCs w:val="28"/>
        </w:rPr>
        <w:t>Formularz ofertowy</w:t>
      </w:r>
    </w:p>
    <w:p w14:paraId="03F27936" w14:textId="77777777" w:rsidR="00921985" w:rsidRPr="00AF61D1" w:rsidRDefault="00921985" w:rsidP="00921985">
      <w:pPr>
        <w:numPr>
          <w:ilvl w:val="0"/>
          <w:numId w:val="10"/>
        </w:numPr>
        <w:ind w:hanging="322"/>
        <w:rPr>
          <w:rFonts w:asciiTheme="majorHAnsi" w:eastAsia="Times New Roman" w:hAnsiTheme="majorHAnsi" w:cstheme="majorHAnsi"/>
          <w:b/>
        </w:rPr>
      </w:pPr>
      <w:r w:rsidRPr="00AF61D1">
        <w:rPr>
          <w:rFonts w:asciiTheme="majorHAnsi" w:eastAsia="Times New Roman" w:hAnsiTheme="majorHAnsi" w:cstheme="majorHAnsi"/>
          <w:b/>
        </w:rPr>
        <w:t>Dane Wykonawcy:</w:t>
      </w:r>
      <w:r w:rsidRPr="00AF61D1">
        <w:rPr>
          <w:rFonts w:asciiTheme="majorHAnsi" w:eastAsia="Times New Roman" w:hAnsiTheme="majorHAnsi" w:cstheme="majorHAnsi"/>
          <w:b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74"/>
        <w:gridCol w:w="6788"/>
      </w:tblGrid>
      <w:tr w:rsidR="00921985" w:rsidRPr="00AF61D1" w14:paraId="2D5E33A8" w14:textId="77777777" w:rsidTr="00E83AA0">
        <w:tc>
          <w:tcPr>
            <w:tcW w:w="3256" w:type="dxa"/>
          </w:tcPr>
          <w:p w14:paraId="0820BD66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  <w:r w:rsidRPr="00AF61D1">
              <w:rPr>
                <w:rFonts w:asciiTheme="majorHAnsi" w:eastAsia="Times New Roman" w:hAnsiTheme="majorHAnsi" w:cstheme="majorHAnsi"/>
                <w:b/>
              </w:rPr>
              <w:t>Nazwa Wykonawcy</w:t>
            </w:r>
          </w:p>
        </w:tc>
        <w:tc>
          <w:tcPr>
            <w:tcW w:w="7081" w:type="dxa"/>
          </w:tcPr>
          <w:p w14:paraId="6B0EAF0B" w14:textId="07D4638C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921985" w:rsidRPr="00AF61D1" w14:paraId="58F46C7B" w14:textId="77777777" w:rsidTr="00E83AA0">
        <w:tc>
          <w:tcPr>
            <w:tcW w:w="3256" w:type="dxa"/>
          </w:tcPr>
          <w:p w14:paraId="11F074D9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  <w:r w:rsidRPr="00AF61D1">
              <w:rPr>
                <w:rFonts w:asciiTheme="majorHAnsi" w:eastAsia="Times New Roman" w:hAnsiTheme="majorHAnsi" w:cstheme="majorHAnsi"/>
                <w:b/>
              </w:rPr>
              <w:t>NIP</w:t>
            </w:r>
          </w:p>
        </w:tc>
        <w:tc>
          <w:tcPr>
            <w:tcW w:w="7081" w:type="dxa"/>
          </w:tcPr>
          <w:p w14:paraId="50BF60E1" w14:textId="79FBA748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921985" w:rsidRPr="00AF61D1" w14:paraId="3865C5B4" w14:textId="77777777" w:rsidTr="00E83AA0">
        <w:tc>
          <w:tcPr>
            <w:tcW w:w="3256" w:type="dxa"/>
          </w:tcPr>
          <w:p w14:paraId="33F2953C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  <w:r w:rsidRPr="00AF61D1">
              <w:rPr>
                <w:rFonts w:asciiTheme="majorHAnsi" w:eastAsia="Times New Roman" w:hAnsiTheme="majorHAnsi" w:cstheme="majorHAnsi"/>
                <w:b/>
              </w:rPr>
              <w:t>REGON</w:t>
            </w:r>
          </w:p>
        </w:tc>
        <w:tc>
          <w:tcPr>
            <w:tcW w:w="7081" w:type="dxa"/>
          </w:tcPr>
          <w:p w14:paraId="7C53DD82" w14:textId="21CA9C8F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921985" w:rsidRPr="00AF61D1" w14:paraId="385B5532" w14:textId="77777777" w:rsidTr="00E83AA0">
        <w:tc>
          <w:tcPr>
            <w:tcW w:w="3256" w:type="dxa"/>
          </w:tcPr>
          <w:p w14:paraId="335E5F6F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  <w:r w:rsidRPr="00AF61D1">
              <w:rPr>
                <w:rFonts w:asciiTheme="majorHAnsi" w:eastAsia="Times New Roman" w:hAnsiTheme="majorHAnsi" w:cstheme="majorHAnsi"/>
                <w:b/>
              </w:rPr>
              <w:t>Adres siedziby Wykonawcy</w:t>
            </w:r>
          </w:p>
        </w:tc>
        <w:tc>
          <w:tcPr>
            <w:tcW w:w="7081" w:type="dxa"/>
          </w:tcPr>
          <w:p w14:paraId="46800562" w14:textId="74E4CB8D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921985" w:rsidRPr="00AF61D1" w14:paraId="3EE3599D" w14:textId="77777777" w:rsidTr="00E83AA0">
        <w:tc>
          <w:tcPr>
            <w:tcW w:w="3256" w:type="dxa"/>
          </w:tcPr>
          <w:p w14:paraId="22E03BC7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  <w:r w:rsidRPr="00AF61D1">
              <w:rPr>
                <w:rFonts w:asciiTheme="majorHAnsi" w:eastAsia="Times New Roman" w:hAnsiTheme="majorHAnsi" w:cstheme="majorHAnsi"/>
                <w:b/>
              </w:rPr>
              <w:t>Telefon</w:t>
            </w:r>
          </w:p>
        </w:tc>
        <w:tc>
          <w:tcPr>
            <w:tcW w:w="7081" w:type="dxa"/>
          </w:tcPr>
          <w:p w14:paraId="0F620841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921985" w:rsidRPr="00AF61D1" w14:paraId="47432278" w14:textId="77777777" w:rsidTr="00E83AA0">
        <w:tc>
          <w:tcPr>
            <w:tcW w:w="3256" w:type="dxa"/>
          </w:tcPr>
          <w:p w14:paraId="32F1B820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  <w:r w:rsidRPr="00AF61D1">
              <w:rPr>
                <w:rFonts w:asciiTheme="majorHAnsi" w:eastAsia="Times New Roman" w:hAnsiTheme="majorHAnsi" w:cstheme="majorHAnsi"/>
                <w:b/>
              </w:rPr>
              <w:t>E-mail</w:t>
            </w:r>
          </w:p>
        </w:tc>
        <w:tc>
          <w:tcPr>
            <w:tcW w:w="7081" w:type="dxa"/>
          </w:tcPr>
          <w:p w14:paraId="7E31602A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</w:tr>
      <w:tr w:rsidR="00921985" w:rsidRPr="00AF61D1" w14:paraId="7134169C" w14:textId="77777777" w:rsidTr="00E83AA0">
        <w:tc>
          <w:tcPr>
            <w:tcW w:w="3256" w:type="dxa"/>
          </w:tcPr>
          <w:p w14:paraId="758E2F21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  <w:r w:rsidRPr="00AF61D1">
              <w:rPr>
                <w:rFonts w:asciiTheme="majorHAnsi" w:eastAsia="Times New Roman" w:hAnsiTheme="majorHAnsi" w:cstheme="majorHAnsi"/>
                <w:b/>
              </w:rPr>
              <w:t>Imię i nazwisko osoby do kontaktu</w:t>
            </w:r>
          </w:p>
        </w:tc>
        <w:tc>
          <w:tcPr>
            <w:tcW w:w="7081" w:type="dxa"/>
          </w:tcPr>
          <w:p w14:paraId="6AB30783" w14:textId="77777777" w:rsidR="00921985" w:rsidRPr="00AF61D1" w:rsidRDefault="00921985" w:rsidP="00E83AA0">
            <w:pPr>
              <w:spacing w:after="200" w:line="276" w:lineRule="auto"/>
              <w:rPr>
                <w:rFonts w:asciiTheme="majorHAnsi" w:eastAsia="Times New Roman" w:hAnsiTheme="majorHAnsi" w:cstheme="majorHAnsi"/>
                <w:b/>
              </w:rPr>
            </w:pPr>
          </w:p>
        </w:tc>
      </w:tr>
    </w:tbl>
    <w:p w14:paraId="7DB1FAA5" w14:textId="77777777" w:rsidR="0075627A" w:rsidRPr="00AF61D1" w:rsidRDefault="0075627A">
      <w:pPr>
        <w:rPr>
          <w:rFonts w:asciiTheme="majorHAnsi" w:hAnsiTheme="majorHAnsi" w:cstheme="majorHAnsi"/>
        </w:rPr>
      </w:pPr>
    </w:p>
    <w:p w14:paraId="2FE97E0F" w14:textId="77777777" w:rsidR="0075627A" w:rsidRPr="00AF61D1" w:rsidRDefault="00000000">
      <w:pPr>
        <w:rPr>
          <w:rFonts w:asciiTheme="majorHAnsi" w:hAnsiTheme="majorHAnsi" w:cstheme="majorHAnsi"/>
        </w:rPr>
      </w:pPr>
      <w:r w:rsidRPr="00AF61D1">
        <w:rPr>
          <w:rFonts w:asciiTheme="majorHAnsi" w:hAnsiTheme="majorHAnsi" w:cstheme="majorHAnsi"/>
          <w:b/>
        </w:rPr>
        <w:t>Prosimy o wycenę następujących wariantów: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3"/>
        <w:gridCol w:w="1535"/>
        <w:gridCol w:w="1401"/>
        <w:gridCol w:w="1395"/>
        <w:gridCol w:w="1423"/>
        <w:gridCol w:w="1404"/>
        <w:gridCol w:w="1401"/>
      </w:tblGrid>
      <w:tr w:rsidR="00CD0CE5" w:rsidRPr="00AF61D1" w14:paraId="38DF0AA0" w14:textId="77777777" w:rsidTr="00CD0CE5">
        <w:trPr>
          <w:jc w:val="center"/>
        </w:trPr>
        <w:tc>
          <w:tcPr>
            <w:tcW w:w="1422" w:type="dxa"/>
            <w:shd w:val="clear" w:color="auto" w:fill="D9D9D9" w:themeFill="background1" w:themeFillShade="D9"/>
          </w:tcPr>
          <w:p w14:paraId="2B95D181" w14:textId="61A3ED75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  <w:r w:rsidRPr="00C856CD">
              <w:t>Lp.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14:paraId="2D93035A" w14:textId="7D23B0B2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  <w:r w:rsidRPr="00C856CD">
              <w:t>Zakres</w:t>
            </w:r>
          </w:p>
        </w:tc>
        <w:tc>
          <w:tcPr>
            <w:tcW w:w="1423" w:type="dxa"/>
            <w:shd w:val="clear" w:color="auto" w:fill="D9D9D9" w:themeFill="background1" w:themeFillShade="D9"/>
          </w:tcPr>
          <w:p w14:paraId="7BF46417" w14:textId="42F2C667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  <w:r w:rsidRPr="00C856CD">
              <w:t>Liczba</w:t>
            </w:r>
          </w:p>
        </w:tc>
        <w:tc>
          <w:tcPr>
            <w:tcW w:w="1423" w:type="dxa"/>
            <w:shd w:val="clear" w:color="auto" w:fill="D9D9D9" w:themeFill="background1" w:themeFillShade="D9"/>
          </w:tcPr>
          <w:p w14:paraId="69B0C2BC" w14:textId="2DC2535E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  <w:r w:rsidRPr="00C856CD">
              <w:t>Czas</w:t>
            </w:r>
          </w:p>
        </w:tc>
        <w:tc>
          <w:tcPr>
            <w:tcW w:w="1423" w:type="dxa"/>
            <w:shd w:val="clear" w:color="auto" w:fill="D9D9D9" w:themeFill="background1" w:themeFillShade="D9"/>
          </w:tcPr>
          <w:p w14:paraId="3D2B9438" w14:textId="40FA2B81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  <w:r w:rsidRPr="00C856CD">
              <w:t>Cena jednostkowa netto</w:t>
            </w:r>
          </w:p>
        </w:tc>
        <w:tc>
          <w:tcPr>
            <w:tcW w:w="1423" w:type="dxa"/>
            <w:shd w:val="clear" w:color="auto" w:fill="D9D9D9" w:themeFill="background1" w:themeFillShade="D9"/>
          </w:tcPr>
          <w:p w14:paraId="4BE1EDBA" w14:textId="04B26847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  <w:r w:rsidRPr="00C856CD">
              <w:t>VAT – stawka / ZW</w:t>
            </w:r>
          </w:p>
        </w:tc>
        <w:tc>
          <w:tcPr>
            <w:tcW w:w="1423" w:type="dxa"/>
            <w:shd w:val="clear" w:color="auto" w:fill="D9D9D9" w:themeFill="background1" w:themeFillShade="D9"/>
          </w:tcPr>
          <w:p w14:paraId="3569DA0E" w14:textId="68B92757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  <w:r w:rsidRPr="00C856CD">
              <w:t>Cena łączna brutto</w:t>
            </w:r>
          </w:p>
        </w:tc>
      </w:tr>
      <w:tr w:rsidR="00CD0CE5" w:rsidRPr="00AF61D1" w14:paraId="1B8EE271" w14:textId="77777777" w:rsidTr="00CD0CE5">
        <w:trPr>
          <w:jc w:val="center"/>
        </w:trPr>
        <w:tc>
          <w:tcPr>
            <w:tcW w:w="1422" w:type="dxa"/>
          </w:tcPr>
          <w:p w14:paraId="5FA77729" w14:textId="515066D7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  <w:r w:rsidRPr="00C856CD">
              <w:t>1</w:t>
            </w:r>
          </w:p>
        </w:tc>
        <w:tc>
          <w:tcPr>
            <w:tcW w:w="1425" w:type="dxa"/>
          </w:tcPr>
          <w:p w14:paraId="36935456" w14:textId="6FB489F1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  <w:r w:rsidRPr="00C856CD">
              <w:t xml:space="preserve">Webinaria dla pracodawców / kadry zarządzającej </w:t>
            </w:r>
          </w:p>
        </w:tc>
        <w:tc>
          <w:tcPr>
            <w:tcW w:w="1423" w:type="dxa"/>
          </w:tcPr>
          <w:p w14:paraId="4D17250F" w14:textId="12510088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  <w:r w:rsidRPr="00C856CD">
              <w:t>8</w:t>
            </w:r>
          </w:p>
        </w:tc>
        <w:tc>
          <w:tcPr>
            <w:tcW w:w="1423" w:type="dxa"/>
          </w:tcPr>
          <w:p w14:paraId="0BF584AC" w14:textId="488E0BD1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  <w:r w:rsidRPr="00C856CD">
              <w:t>3 h</w:t>
            </w:r>
          </w:p>
        </w:tc>
        <w:tc>
          <w:tcPr>
            <w:tcW w:w="1423" w:type="dxa"/>
          </w:tcPr>
          <w:p w14:paraId="64EF7441" w14:textId="77777777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23" w:type="dxa"/>
          </w:tcPr>
          <w:p w14:paraId="514BBD2D" w14:textId="77777777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23" w:type="dxa"/>
          </w:tcPr>
          <w:p w14:paraId="61A53FD6" w14:textId="77777777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</w:p>
        </w:tc>
      </w:tr>
      <w:tr w:rsidR="00CD0CE5" w:rsidRPr="00AF61D1" w14:paraId="5625084C" w14:textId="77777777" w:rsidTr="00CD0CE5">
        <w:trPr>
          <w:jc w:val="center"/>
        </w:trPr>
        <w:tc>
          <w:tcPr>
            <w:tcW w:w="1422" w:type="dxa"/>
          </w:tcPr>
          <w:p w14:paraId="5391B987" w14:textId="1223BF8D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  <w:r w:rsidRPr="00C856CD">
              <w:t>2</w:t>
            </w:r>
          </w:p>
        </w:tc>
        <w:tc>
          <w:tcPr>
            <w:tcW w:w="1425" w:type="dxa"/>
          </w:tcPr>
          <w:p w14:paraId="18875DE4" w14:textId="7C1CE440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  <w:r w:rsidRPr="00C856CD">
              <w:t xml:space="preserve">Webinaria dla pracowników </w:t>
            </w:r>
          </w:p>
        </w:tc>
        <w:tc>
          <w:tcPr>
            <w:tcW w:w="1423" w:type="dxa"/>
          </w:tcPr>
          <w:p w14:paraId="1C29B23F" w14:textId="7745EB20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  <w:r w:rsidRPr="00C856CD">
              <w:t>10</w:t>
            </w:r>
          </w:p>
        </w:tc>
        <w:tc>
          <w:tcPr>
            <w:tcW w:w="1423" w:type="dxa"/>
          </w:tcPr>
          <w:p w14:paraId="06A7DA21" w14:textId="505A225C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  <w:r w:rsidRPr="00C856CD">
              <w:t>3 h</w:t>
            </w:r>
          </w:p>
        </w:tc>
        <w:tc>
          <w:tcPr>
            <w:tcW w:w="1423" w:type="dxa"/>
          </w:tcPr>
          <w:p w14:paraId="7067E326" w14:textId="77777777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23" w:type="dxa"/>
          </w:tcPr>
          <w:p w14:paraId="5C822DBA" w14:textId="77777777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23" w:type="dxa"/>
          </w:tcPr>
          <w:p w14:paraId="09211B68" w14:textId="77777777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</w:p>
        </w:tc>
      </w:tr>
      <w:tr w:rsidR="00CD0CE5" w:rsidRPr="00AF61D1" w14:paraId="161E5A5E" w14:textId="77777777" w:rsidTr="00CD0CE5">
        <w:trPr>
          <w:jc w:val="center"/>
        </w:trPr>
        <w:tc>
          <w:tcPr>
            <w:tcW w:w="1422" w:type="dxa"/>
          </w:tcPr>
          <w:p w14:paraId="65BC2931" w14:textId="695BB36C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  <w:r w:rsidRPr="00C856CD">
              <w:t>RAZEM</w:t>
            </w:r>
          </w:p>
        </w:tc>
        <w:tc>
          <w:tcPr>
            <w:tcW w:w="1425" w:type="dxa"/>
          </w:tcPr>
          <w:p w14:paraId="7E8537FB" w14:textId="3F46217C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  <w:r w:rsidRPr="00C856CD">
              <w:t>Łącznie 18 webinariów</w:t>
            </w:r>
          </w:p>
        </w:tc>
        <w:tc>
          <w:tcPr>
            <w:tcW w:w="1423" w:type="dxa"/>
          </w:tcPr>
          <w:p w14:paraId="57C189B3" w14:textId="34352B4F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  <w:r w:rsidRPr="00C856CD">
              <w:t>18</w:t>
            </w:r>
          </w:p>
        </w:tc>
        <w:tc>
          <w:tcPr>
            <w:tcW w:w="1423" w:type="dxa"/>
          </w:tcPr>
          <w:p w14:paraId="36CC790F" w14:textId="76CB48CB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  <w:r w:rsidRPr="00C856CD">
              <w:t>3 h</w:t>
            </w:r>
          </w:p>
        </w:tc>
        <w:tc>
          <w:tcPr>
            <w:tcW w:w="1423" w:type="dxa"/>
          </w:tcPr>
          <w:p w14:paraId="5D4D16E7" w14:textId="77777777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23" w:type="dxa"/>
          </w:tcPr>
          <w:p w14:paraId="71748FAE" w14:textId="77777777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23" w:type="dxa"/>
          </w:tcPr>
          <w:p w14:paraId="1FB8F867" w14:textId="77777777" w:rsidR="00CD0CE5" w:rsidRPr="00AF61D1" w:rsidRDefault="00CD0CE5" w:rsidP="00CD0CE5">
            <w:pPr>
              <w:rPr>
                <w:rFonts w:asciiTheme="majorHAnsi" w:hAnsiTheme="majorHAnsi" w:cstheme="majorHAnsi"/>
              </w:rPr>
            </w:pPr>
          </w:p>
        </w:tc>
      </w:tr>
    </w:tbl>
    <w:p w14:paraId="257D7E8C" w14:textId="77777777" w:rsidR="0075627A" w:rsidRPr="00AF61D1" w:rsidRDefault="0075627A">
      <w:pPr>
        <w:rPr>
          <w:rFonts w:asciiTheme="majorHAnsi" w:hAnsiTheme="majorHAnsi" w:cstheme="majorHAnsi"/>
        </w:rPr>
      </w:pPr>
    </w:p>
    <w:p w14:paraId="5A6C95C0" w14:textId="77777777" w:rsidR="0075627A" w:rsidRPr="00AF61D1" w:rsidRDefault="00000000">
      <w:pPr>
        <w:rPr>
          <w:rFonts w:asciiTheme="majorHAnsi" w:hAnsiTheme="majorHAnsi" w:cstheme="majorHAnsi"/>
        </w:rPr>
      </w:pPr>
      <w:r w:rsidRPr="00AF61D1">
        <w:rPr>
          <w:rFonts w:asciiTheme="majorHAnsi" w:hAnsiTheme="majorHAnsi" w:cstheme="majorHAnsi"/>
        </w:rPr>
        <w:t>W przypadku różnych stawek VAT dla poszczególnych elementów wariantu prosimy o ich wyszczególnienie w uwagach lub na dodatkowej kalkulacji.</w:t>
      </w:r>
    </w:p>
    <w:p w14:paraId="324AB0A5" w14:textId="77777777" w:rsidR="00AF61D1" w:rsidRPr="00AF61D1" w:rsidRDefault="00AF61D1">
      <w:pPr>
        <w:rPr>
          <w:rFonts w:asciiTheme="majorHAnsi" w:hAnsiTheme="majorHAnsi" w:cstheme="majorHAnsi"/>
        </w:rPr>
      </w:pPr>
    </w:p>
    <w:p w14:paraId="6F3EFDC9" w14:textId="77777777" w:rsidR="00AF61D1" w:rsidRPr="00AF61D1" w:rsidRDefault="00AF61D1" w:rsidP="00AF61D1">
      <w:pPr>
        <w:widowControl w:val="0"/>
        <w:numPr>
          <w:ilvl w:val="0"/>
          <w:numId w:val="11"/>
        </w:numPr>
        <w:autoSpaceDE w:val="0"/>
        <w:autoSpaceDN w:val="0"/>
        <w:spacing w:after="0" w:line="265" w:lineRule="exact"/>
        <w:jc w:val="both"/>
        <w:rPr>
          <w:rFonts w:asciiTheme="majorHAnsi" w:hAnsiTheme="majorHAnsi" w:cstheme="majorHAnsi"/>
        </w:rPr>
      </w:pPr>
      <w:proofErr w:type="spellStart"/>
      <w:r w:rsidRPr="00AF61D1">
        <w:rPr>
          <w:rFonts w:asciiTheme="majorHAnsi" w:hAnsiTheme="majorHAnsi" w:cstheme="majorHAnsi"/>
        </w:rPr>
        <w:t>Zapoznałem</w:t>
      </w:r>
      <w:proofErr w:type="spellEnd"/>
      <w:r w:rsidRPr="00AF61D1">
        <w:rPr>
          <w:rFonts w:asciiTheme="majorHAnsi" w:hAnsiTheme="majorHAnsi" w:cstheme="majorHAnsi"/>
        </w:rPr>
        <w:t xml:space="preserve">/-am </w:t>
      </w:r>
      <w:proofErr w:type="spellStart"/>
      <w:r w:rsidRPr="00AF61D1">
        <w:rPr>
          <w:rFonts w:asciiTheme="majorHAnsi" w:hAnsiTheme="majorHAnsi" w:cstheme="majorHAnsi"/>
        </w:rPr>
        <w:t>się</w:t>
      </w:r>
      <w:proofErr w:type="spellEnd"/>
      <w:r w:rsidRPr="00AF61D1">
        <w:rPr>
          <w:rFonts w:asciiTheme="majorHAnsi" w:hAnsiTheme="majorHAnsi" w:cstheme="majorHAnsi"/>
        </w:rPr>
        <w:t xml:space="preserve"> z </w:t>
      </w:r>
      <w:proofErr w:type="spellStart"/>
      <w:r w:rsidRPr="00AF61D1">
        <w:rPr>
          <w:rFonts w:asciiTheme="majorHAnsi" w:hAnsiTheme="majorHAnsi" w:cstheme="majorHAnsi"/>
        </w:rPr>
        <w:t>zapytaniem</w:t>
      </w:r>
      <w:proofErr w:type="spellEnd"/>
      <w:r w:rsidRPr="00AF61D1">
        <w:rPr>
          <w:rFonts w:asciiTheme="majorHAnsi" w:hAnsiTheme="majorHAnsi" w:cstheme="majorHAnsi"/>
        </w:rPr>
        <w:t xml:space="preserve"> ofertowym i jego załącznikami i nie wnoszę do niego żadnych zastrzeżeń; </w:t>
      </w:r>
    </w:p>
    <w:p w14:paraId="5E9B0C0B" w14:textId="77777777" w:rsidR="00AF61D1" w:rsidRPr="00AF61D1" w:rsidRDefault="00AF61D1" w:rsidP="00AF61D1">
      <w:pPr>
        <w:widowControl w:val="0"/>
        <w:numPr>
          <w:ilvl w:val="0"/>
          <w:numId w:val="11"/>
        </w:numPr>
        <w:autoSpaceDE w:val="0"/>
        <w:autoSpaceDN w:val="0"/>
        <w:spacing w:after="0" w:line="265" w:lineRule="exact"/>
        <w:jc w:val="both"/>
        <w:rPr>
          <w:rFonts w:asciiTheme="majorHAnsi" w:hAnsiTheme="majorHAnsi" w:cstheme="majorHAnsi"/>
        </w:rPr>
      </w:pPr>
      <w:r w:rsidRPr="00AF61D1">
        <w:rPr>
          <w:rFonts w:asciiTheme="majorHAnsi" w:hAnsiTheme="majorHAnsi" w:cstheme="majorHAnsi"/>
        </w:rPr>
        <w:t>Uzyskałem/-am wszelkie informacje niezbędne do prawidłowego przygotowania i złożenia oferty;</w:t>
      </w:r>
    </w:p>
    <w:p w14:paraId="7D29DDEE" w14:textId="77777777" w:rsidR="00AF61D1" w:rsidRPr="00AF61D1" w:rsidRDefault="00AF61D1" w:rsidP="00AF61D1">
      <w:pPr>
        <w:widowControl w:val="0"/>
        <w:numPr>
          <w:ilvl w:val="0"/>
          <w:numId w:val="11"/>
        </w:numPr>
        <w:autoSpaceDE w:val="0"/>
        <w:autoSpaceDN w:val="0"/>
        <w:spacing w:after="0" w:line="265" w:lineRule="exact"/>
        <w:jc w:val="both"/>
        <w:rPr>
          <w:rFonts w:asciiTheme="majorHAnsi" w:hAnsiTheme="majorHAnsi" w:cstheme="majorHAnsi"/>
        </w:rPr>
      </w:pPr>
      <w:r w:rsidRPr="00AF61D1">
        <w:rPr>
          <w:rFonts w:asciiTheme="majorHAnsi" w:hAnsiTheme="majorHAnsi" w:cstheme="majorHAnsi"/>
        </w:rPr>
        <w:t>Oferowany przeze mnie przedmiot zamówienia spełnia wszystkie wymagania Zamawiającego określone w zapytaniu ofertowym;</w:t>
      </w:r>
    </w:p>
    <w:p w14:paraId="4A33EECB" w14:textId="77777777" w:rsidR="00AF61D1" w:rsidRPr="00AF61D1" w:rsidRDefault="00AF61D1" w:rsidP="00AF61D1">
      <w:pPr>
        <w:widowControl w:val="0"/>
        <w:numPr>
          <w:ilvl w:val="0"/>
          <w:numId w:val="11"/>
        </w:numPr>
        <w:autoSpaceDE w:val="0"/>
        <w:autoSpaceDN w:val="0"/>
        <w:spacing w:after="0" w:line="265" w:lineRule="exact"/>
        <w:jc w:val="both"/>
        <w:rPr>
          <w:rFonts w:asciiTheme="majorHAnsi" w:hAnsiTheme="majorHAnsi" w:cstheme="majorHAnsi"/>
        </w:rPr>
      </w:pPr>
      <w:r w:rsidRPr="00AF61D1">
        <w:rPr>
          <w:rFonts w:asciiTheme="majorHAnsi" w:hAnsiTheme="majorHAnsi" w:cstheme="majorHAnsi"/>
        </w:rPr>
        <w:t>Oferuję realizację przedmiotu zamówienia w terminie wskazanym w zapytaniu ofertowym;</w:t>
      </w:r>
    </w:p>
    <w:p w14:paraId="455CBAFC" w14:textId="77777777" w:rsidR="00AF61D1" w:rsidRPr="00AF61D1" w:rsidRDefault="00AF61D1" w:rsidP="00AF61D1">
      <w:pPr>
        <w:widowControl w:val="0"/>
        <w:numPr>
          <w:ilvl w:val="0"/>
          <w:numId w:val="11"/>
        </w:numPr>
        <w:autoSpaceDE w:val="0"/>
        <w:autoSpaceDN w:val="0"/>
        <w:spacing w:after="0" w:line="265" w:lineRule="exact"/>
        <w:jc w:val="both"/>
        <w:rPr>
          <w:rFonts w:asciiTheme="majorHAnsi" w:hAnsiTheme="majorHAnsi" w:cstheme="majorHAnsi"/>
        </w:rPr>
      </w:pPr>
      <w:r w:rsidRPr="00AF61D1">
        <w:rPr>
          <w:rFonts w:asciiTheme="majorHAnsi" w:hAnsiTheme="majorHAnsi" w:cstheme="majorHAnsi"/>
        </w:rPr>
        <w:t>Zamówienie wykonam na warunkach określonych w zapytaniu ofertowym i załącznikach do niego;</w:t>
      </w:r>
    </w:p>
    <w:p w14:paraId="117E3C34" w14:textId="77777777" w:rsidR="00AF61D1" w:rsidRPr="00AF61D1" w:rsidRDefault="00AF61D1" w:rsidP="00AF61D1">
      <w:pPr>
        <w:widowControl w:val="0"/>
        <w:numPr>
          <w:ilvl w:val="0"/>
          <w:numId w:val="11"/>
        </w:numPr>
        <w:autoSpaceDE w:val="0"/>
        <w:autoSpaceDN w:val="0"/>
        <w:spacing w:after="0" w:line="265" w:lineRule="exact"/>
        <w:jc w:val="both"/>
        <w:rPr>
          <w:rFonts w:asciiTheme="majorHAnsi" w:hAnsiTheme="majorHAnsi" w:cstheme="majorHAnsi"/>
        </w:rPr>
      </w:pPr>
      <w:r w:rsidRPr="00AF61D1">
        <w:rPr>
          <w:rFonts w:asciiTheme="majorHAnsi" w:hAnsiTheme="majorHAnsi" w:cstheme="majorHAnsi"/>
        </w:rPr>
        <w:t>Powyższa cena brutto zawiera wszelkie koszty związane z prawidłową i pełną realizacją przedmiotu zamówienia;</w:t>
      </w:r>
    </w:p>
    <w:p w14:paraId="32D84486" w14:textId="77777777" w:rsidR="00AF61D1" w:rsidRPr="00AF61D1" w:rsidRDefault="00AF61D1" w:rsidP="00AF61D1">
      <w:pPr>
        <w:widowControl w:val="0"/>
        <w:numPr>
          <w:ilvl w:val="0"/>
          <w:numId w:val="11"/>
        </w:numPr>
        <w:autoSpaceDE w:val="0"/>
        <w:autoSpaceDN w:val="0"/>
        <w:spacing w:after="0" w:line="265" w:lineRule="exact"/>
        <w:jc w:val="both"/>
        <w:rPr>
          <w:rFonts w:asciiTheme="majorHAnsi" w:hAnsiTheme="majorHAnsi" w:cstheme="majorHAnsi"/>
        </w:rPr>
      </w:pPr>
      <w:r w:rsidRPr="00AF61D1">
        <w:rPr>
          <w:rFonts w:asciiTheme="majorHAnsi" w:hAnsiTheme="majorHAnsi" w:cstheme="majorHAnsi"/>
        </w:rPr>
        <w:t>Uważam się za związanego niniejszą ofertą na czas wskazany w zapytaniu ofertowym, czyli przez okres 30 dni od upływu terminu składania ofert;</w:t>
      </w:r>
    </w:p>
    <w:p w14:paraId="2DC993E9" w14:textId="77777777" w:rsidR="00AF61D1" w:rsidRPr="00AF61D1" w:rsidRDefault="00AF61D1" w:rsidP="00AF61D1">
      <w:pPr>
        <w:widowControl w:val="0"/>
        <w:numPr>
          <w:ilvl w:val="0"/>
          <w:numId w:val="11"/>
        </w:numPr>
        <w:autoSpaceDE w:val="0"/>
        <w:autoSpaceDN w:val="0"/>
        <w:spacing w:after="0" w:line="265" w:lineRule="exact"/>
        <w:jc w:val="both"/>
        <w:rPr>
          <w:rFonts w:asciiTheme="majorHAnsi" w:hAnsiTheme="majorHAnsi" w:cstheme="majorHAnsi"/>
        </w:rPr>
      </w:pPr>
      <w:r w:rsidRPr="00AF61D1">
        <w:rPr>
          <w:rFonts w:asciiTheme="majorHAnsi" w:hAnsiTheme="majorHAnsi" w:cstheme="majorHAnsi"/>
        </w:rPr>
        <w:t>Wypełniono wobec mnie obowiązek informacyjny  przewidziany  w  art. 13 lub art. 14  Rozporządzenia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293C1335" w14:textId="77777777" w:rsidR="00AF61D1" w:rsidRPr="00AF61D1" w:rsidRDefault="00AF61D1" w:rsidP="00AF61D1">
      <w:pPr>
        <w:spacing w:line="265" w:lineRule="exact"/>
        <w:rPr>
          <w:rFonts w:asciiTheme="majorHAnsi" w:hAnsiTheme="majorHAnsi" w:cstheme="majorHAnsi"/>
          <w:sz w:val="20"/>
        </w:rPr>
      </w:pPr>
    </w:p>
    <w:p w14:paraId="00B9AFA0" w14:textId="77777777" w:rsidR="00AF61D1" w:rsidRPr="00AF61D1" w:rsidRDefault="00AF61D1" w:rsidP="00AF61D1">
      <w:pPr>
        <w:spacing w:line="265" w:lineRule="exact"/>
        <w:rPr>
          <w:rFonts w:asciiTheme="majorHAnsi" w:hAnsiTheme="majorHAnsi" w:cstheme="majorHAnsi"/>
          <w:sz w:val="20"/>
        </w:rPr>
      </w:pPr>
    </w:p>
    <w:p w14:paraId="6E9338A8" w14:textId="77777777" w:rsidR="00AF61D1" w:rsidRPr="00AF61D1" w:rsidRDefault="00AF61D1" w:rsidP="00AF61D1">
      <w:pPr>
        <w:spacing w:line="265" w:lineRule="exact"/>
        <w:rPr>
          <w:rFonts w:asciiTheme="majorHAnsi" w:hAnsiTheme="majorHAnsi" w:cstheme="majorHAnsi"/>
          <w:sz w:val="20"/>
        </w:rPr>
      </w:pPr>
    </w:p>
    <w:p w14:paraId="20F17354" w14:textId="77777777" w:rsidR="00AF61D1" w:rsidRPr="00AF61D1" w:rsidRDefault="00AF61D1" w:rsidP="00AF61D1">
      <w:pPr>
        <w:spacing w:line="265" w:lineRule="exact"/>
        <w:rPr>
          <w:rFonts w:asciiTheme="majorHAnsi" w:hAnsiTheme="majorHAnsi" w:cstheme="majorHAnsi"/>
          <w:sz w:val="20"/>
        </w:rPr>
      </w:pPr>
    </w:p>
    <w:p w14:paraId="69E22AEA" w14:textId="77777777" w:rsidR="00AF61D1" w:rsidRPr="00AF61D1" w:rsidRDefault="00AF61D1" w:rsidP="00AF61D1">
      <w:pPr>
        <w:spacing w:line="265" w:lineRule="exact"/>
        <w:rPr>
          <w:rFonts w:asciiTheme="majorHAnsi" w:hAnsiTheme="majorHAnsi" w:cstheme="majorHAnsi"/>
          <w:sz w:val="20"/>
        </w:rPr>
      </w:pPr>
    </w:p>
    <w:p w14:paraId="24954533" w14:textId="77777777" w:rsidR="00AF61D1" w:rsidRPr="00AF61D1" w:rsidRDefault="00AF61D1" w:rsidP="00AF61D1">
      <w:pPr>
        <w:spacing w:line="265" w:lineRule="exact"/>
        <w:jc w:val="right"/>
        <w:rPr>
          <w:rFonts w:asciiTheme="majorHAnsi" w:hAnsiTheme="majorHAnsi" w:cstheme="majorHAnsi"/>
          <w:sz w:val="20"/>
        </w:rPr>
      </w:pPr>
      <w:r w:rsidRPr="00AF61D1">
        <w:rPr>
          <w:rFonts w:asciiTheme="majorHAnsi" w:hAnsiTheme="majorHAnsi" w:cstheme="majorHAnsi"/>
          <w:sz w:val="20"/>
        </w:rPr>
        <w:t>……………………………………………………</w:t>
      </w:r>
    </w:p>
    <w:p w14:paraId="635C66B7" w14:textId="568B7F4B" w:rsidR="00AF61D1" w:rsidRPr="00AF61D1" w:rsidRDefault="00AF61D1" w:rsidP="00AF61D1">
      <w:pPr>
        <w:spacing w:line="265" w:lineRule="exact"/>
        <w:jc w:val="right"/>
        <w:rPr>
          <w:rFonts w:asciiTheme="majorHAnsi" w:hAnsiTheme="majorHAnsi" w:cstheme="majorHAnsi"/>
          <w:sz w:val="20"/>
        </w:rPr>
      </w:pPr>
      <w:r w:rsidRPr="00AF61D1">
        <w:rPr>
          <w:rFonts w:asciiTheme="majorHAnsi" w:hAnsiTheme="majorHAnsi" w:cstheme="majorHAnsi"/>
          <w:sz w:val="20"/>
        </w:rPr>
        <w:br/>
        <w:t xml:space="preserve">Data i podpis </w:t>
      </w:r>
      <w:r w:rsidRPr="00AF61D1">
        <w:rPr>
          <w:rFonts w:asciiTheme="majorHAnsi" w:hAnsiTheme="majorHAnsi" w:cstheme="majorHAnsi"/>
          <w:sz w:val="20"/>
        </w:rPr>
        <w:br/>
        <w:t>Wykonawcy/osoby upoważnionej</w:t>
      </w:r>
      <w:r>
        <w:rPr>
          <w:rFonts w:asciiTheme="majorHAnsi" w:hAnsiTheme="majorHAnsi" w:cstheme="majorHAnsi"/>
          <w:sz w:val="20"/>
        </w:rPr>
        <w:br/>
      </w:r>
      <w:r w:rsidRPr="00AF61D1">
        <w:rPr>
          <w:rFonts w:asciiTheme="majorHAnsi" w:hAnsiTheme="majorHAnsi" w:cstheme="majorHAnsi"/>
          <w:sz w:val="20"/>
        </w:rPr>
        <w:t>do reprezentowania Wykonawcy</w:t>
      </w:r>
    </w:p>
    <w:p w14:paraId="67EA9075" w14:textId="4D8B5D70" w:rsidR="0075627A" w:rsidRPr="00AF61D1" w:rsidRDefault="0075627A">
      <w:pPr>
        <w:rPr>
          <w:rFonts w:asciiTheme="majorHAnsi" w:hAnsiTheme="majorHAnsi" w:cstheme="majorHAnsi"/>
        </w:rPr>
      </w:pPr>
    </w:p>
    <w:sectPr w:rsidR="0075627A" w:rsidRPr="00AF61D1" w:rsidSect="00034616">
      <w:headerReference w:type="default" r:id="rId8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37B68" w14:textId="77777777" w:rsidR="005223C9" w:rsidRDefault="005223C9">
      <w:pPr>
        <w:spacing w:after="0" w:line="240" w:lineRule="auto"/>
      </w:pPr>
    </w:p>
  </w:endnote>
  <w:endnote w:type="continuationSeparator" w:id="0">
    <w:p w14:paraId="43A1DA4A" w14:textId="77777777" w:rsidR="005223C9" w:rsidRDefault="005223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9FCBE" w14:textId="77777777" w:rsidR="005223C9" w:rsidRDefault="005223C9">
      <w:pPr>
        <w:spacing w:after="0" w:line="240" w:lineRule="auto"/>
      </w:pPr>
    </w:p>
  </w:footnote>
  <w:footnote w:type="continuationSeparator" w:id="0">
    <w:p w14:paraId="60D0C060" w14:textId="77777777" w:rsidR="005223C9" w:rsidRDefault="005223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2FD64" w14:textId="0C95D0F5" w:rsidR="00921985" w:rsidRDefault="00921985">
    <w:pPr>
      <w:pStyle w:val="Nagwek"/>
    </w:pPr>
    <w:r>
      <w:rPr>
        <w:noProof/>
      </w:rPr>
      <w:drawing>
        <wp:inline distT="0" distB="0" distL="0" distR="0" wp14:anchorId="6A7E0E55" wp14:editId="00F8D017">
          <wp:extent cx="5760720" cy="741680"/>
          <wp:effectExtent l="0" t="0" r="0" b="127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6949596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1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0C03AFF"/>
    <w:multiLevelType w:val="hybridMultilevel"/>
    <w:tmpl w:val="5FC0C39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F5955B1"/>
    <w:multiLevelType w:val="hybridMultilevel"/>
    <w:tmpl w:val="68889514"/>
    <w:lvl w:ilvl="0" w:tplc="C9D68F3A">
      <w:start w:val="1"/>
      <w:numFmt w:val="upperRoman"/>
      <w:lvlText w:val="%1."/>
      <w:lvlJc w:val="right"/>
      <w:pPr>
        <w:tabs>
          <w:tab w:val="num" w:pos="606"/>
        </w:tabs>
        <w:ind w:left="606" w:hanging="18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261640392">
    <w:abstractNumId w:val="8"/>
  </w:num>
  <w:num w:numId="2" w16cid:durableId="1494369218">
    <w:abstractNumId w:val="6"/>
  </w:num>
  <w:num w:numId="3" w16cid:durableId="818499101">
    <w:abstractNumId w:val="5"/>
  </w:num>
  <w:num w:numId="4" w16cid:durableId="741298646">
    <w:abstractNumId w:val="4"/>
  </w:num>
  <w:num w:numId="5" w16cid:durableId="1636183964">
    <w:abstractNumId w:val="7"/>
  </w:num>
  <w:num w:numId="6" w16cid:durableId="1248616411">
    <w:abstractNumId w:val="3"/>
  </w:num>
  <w:num w:numId="7" w16cid:durableId="2022394793">
    <w:abstractNumId w:val="2"/>
  </w:num>
  <w:num w:numId="8" w16cid:durableId="716198029">
    <w:abstractNumId w:val="1"/>
  </w:num>
  <w:num w:numId="9" w16cid:durableId="507984665">
    <w:abstractNumId w:val="0"/>
  </w:num>
  <w:num w:numId="10" w16cid:durableId="1842155064">
    <w:abstractNumId w:val="10"/>
  </w:num>
  <w:num w:numId="11" w16cid:durableId="1951682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E6473"/>
    <w:rsid w:val="005223C9"/>
    <w:rsid w:val="006802E1"/>
    <w:rsid w:val="00687217"/>
    <w:rsid w:val="0075627A"/>
    <w:rsid w:val="00921985"/>
    <w:rsid w:val="00AA1D8D"/>
    <w:rsid w:val="00AF61D1"/>
    <w:rsid w:val="00B47730"/>
    <w:rsid w:val="00CB0664"/>
    <w:rsid w:val="00CD0C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5F6937"/>
  <w14:defaultImageDpi w14:val="300"/>
  <w15:docId w15:val="{B7AB3886-6A48-438D-9D82-2C364224E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254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Paulina Bętkowska</cp:lastModifiedBy>
  <cp:revision>2</cp:revision>
  <dcterms:created xsi:type="dcterms:W3CDTF">2026-09-30T13:54:00Z</dcterms:created>
  <dcterms:modified xsi:type="dcterms:W3CDTF">2026-09-30T13:54:00Z</dcterms:modified>
  <cp:category/>
</cp:coreProperties>
</file>